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התנ״ך: תורה, נביאים וכתובים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ספר-פרק-פסוק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דמויות, סיפורים ודילמות מרכזיות בתנ״ך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תורה, נביאים,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יציאה מעבדות לחירות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בראשית, שמות, ויקרא, במדבר ודברים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פרק מורכב מכמה פסוקים, לא להפך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רות נשארת עם נעמי ועוזרת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מופיע בספר שמואל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בספר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(מגילת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סערה בים ויונה מושלך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יונה נמצא בבטן הדג שלושה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יונה מגיע לנינוה והעיר עושה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לדילמה של הדמות, לבחירה שלה ולתוצאה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חסד, נאמנות ועזרה הדדית עם דוגמה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רות נשארת עם נעמי ועוזרת לה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מבנה התנ״ך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הספרים ולבקש מכל קבוצה להציג סיפור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מבנה התנ״ך ונכיר מקרוב כמה מהסיפורים המרכזיים בו - מבראשית ועד יונה.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שלושת החלקים המרכזיים של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בראשית, שמות,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שאול, דוד,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בראשית, שמות,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ספר מסופר על הבריאה ועל יוסף ואחיו?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שואל במקרא: האם אני שומר אחי?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בספר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כניסה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יציאה מעבדות לחירות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מלכות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יונה לנינוה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מנסה לברוח מתפקידו כנביא ובורח באונייה לתרשיש?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התורה היא החלק הראשון בתנ״ך וכוללת חמישה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פסוק הוא חלק גדול יותר מפרק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עוסקת בחסד ובנאמנות בין נעמי לרות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המלך מוזכר בספר יהושע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נמצא בבטן דג גדול לאחר שברח מהנבואה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קין והבל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רות ונעמי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שאול ודוד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אליהו הנביא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מגילת 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יונה והדג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שמואל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בתנ״ך יש שלושה חלקים: תורה, נביאים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על נעמי ורות מופיע במגילת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לאחר שברח מהנבואה, יונה הושלך לים ונבלע בידי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שדוד מלך על ישראל, מלך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מגיע לנינוה והעיר עושה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סערה בים ויונה מושלך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בורח באונייה לכיוון תרשיש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אלוהים מצווה על יונה ללכת לנינוה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נמצא בבטן הדג שלושה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אחת מהסיפורים שלמדנו (למשל קין, רות, שאול, אליהו או יונה) וכתבו כיצד היא מתמודדת עם דילמה או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מהי המסר המרכזי של מגילת רות ותנו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ספר מסופר על בריחת יונה?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חסד מתוך מגילת 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תנ״ך -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