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ספרות ותנ״ך: מסע בין סיפורים ופסוקים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תנ״ך - מסע בין סיפורים ופסוקים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מבנה התנ״ך: תורה, נביאים וכתובים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שיטת ספר-פרק-פסוק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דמויות, סיפורים ודילמות מרכזיות בתנ״ך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תורה, נביאים, כתובים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בראשית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קין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יציאה מעבדות לחירות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יונה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בראשית, שמות, ויקרא, במדבר ודברים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פרק מורכב מכמה פסוקים, לא להפך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רות נשארת עם נעמי ועוזרת 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דוד מופיע בספר שמואל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כך מסופר בספר יונה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התאימו בין הדמות לסיפור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(בראשית)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(מגילת רות)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(שמואל)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(מלכים)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(יונה)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כתובים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דג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שאול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סיפור יונה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אלוהים מצווה על יונה ללכת לנינוה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יונה בורח באונייה לכיוון תרשיש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סערה בים ויונה מושלך למים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יונה נמצא בבטן הדג שלושה ימים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יונה מגיע לנינוה והעיר עושה תשובה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המתייחסת לדילמה של הדמות, לבחירה שלה ולתוצאה שלה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המזכירה חסד, נאמנות ועזרה הדדית עם דוגמה מהעלילה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תורה, נביאים, כתובים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ספר יונה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למשל: רות נשארת עם נעמי ועוזרת לה בשדה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בהצגת מבנה התנ״ך על הלוח לפני תחילת התרגול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לחלק את התלמידים לקבוצות לפי הספרים ולבקש מכל קבוצה להציג סיפור אחד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בגרסה המותאמת ניתן להשמיט את הפריטים המסומנים כקשים יותר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ספרות ותנ״ך: מסע בין סיפורים ופסוקים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תנ״ך - מסע בין סיפורים ופסוקים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נלמד איך בנוי התנ״ך, ונכיר סיפורים חשובים כמו בראשית, רות ויונה.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תנ״ך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קיצור של תורה נביאים וכתובים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תורה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חמשת הספרים הראשונים בתנ״ך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נביאים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חלק בתנ״ך עם סיפורי נביאים ומלכים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כתובים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חלק בתנ״ך הכולל מגילות ושירה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פרק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חלק מתוך ספר בתנ״ך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פסוק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שורה אחת בתוך פרק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נביא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אדם שמעביר מסר מאלוהים לעם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חסד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מעשה טוב מתוך דאגה לזולת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שם שלושת החלקים של התנ״ך?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תורה, נביאים, כתובים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בראשית, שמות, ויקרא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שאול, דוד, שלמה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בראשית, שמות, 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איפה מסופר על יוסף ואחיו?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שמות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בראשית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יהושע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מלכים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מי שואל את השאלה הזו?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יוסף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הנושא המרכזי בספר שמות?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כניסה לארץ ישראל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יציאה מעבדות לחירות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מלכות שלמה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מסע יונה לנינוה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מי בורח מהתפקיד שלו?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דבורה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נעמי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התורה היא החלק הראשון בתנ״ך וכוללת חמישה ספרים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פסוק הוא חלק גדול יותר מפרק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מגילת רות עוסקת בחסד ובנאמנות בין נעמי לרות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דוד המלך מוזכר בספר יהושע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יונה נמצא בבטן דג גדול לאחר שברח מהנבואה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התאימו בין הדמות לסיפור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קין והבל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שמואל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רות ונעמי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בראשית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שאול ודוד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מלכים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אליהו הנביא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יונה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יונה והדג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מגילת רות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בתנ״ך יש שלושה חלקים: תורה, נביאים ו__________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הסיפור על נעמי ורות מופיע במגילת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לאחר שברח מהנבואה, יונה הושלך לים ונבלע בידי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לפני שדוד מלך על ישראל, מלך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שלבי סיפור יונה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סערה בים ויונה מושלך למים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אלוהים מצווה על יונה ללכת לנינוה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יונה נמצא בבטן הדג שלושה ימים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יונה מגיע לנינוה והעיר עושה תשובה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יונה בורח באונייה לכיוון תרשיש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דמות אחת מהסיפורים שלמדנו (למשל קין, רות, שאול, אליהו או יונה) וכתבו כיצד היא מתמודדת עם דילמה או קושי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מהי המסר המרכזי של מגילת רות ותנו דוגמה מהסיפור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מהם שלושת חלקי התנ״ך?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באיזה ספר מסופר על בריחת יונה?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למעשה חסד מתוך מגילת רות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תנ״ך - מסע בין סיפורים ופסוקים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