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תנ״ך -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התנ״ך: תורה, נביאים וכתובים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שיטת ספר-פרק-פסוק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דמויות, סיפורים ודילמות מרכזיות בתנ״ך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תורה, נביאים,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בראשית, שמות, ויקרא, במדבר ודברים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רות נשארת עם נעמי ועוזרת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הדמות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(מגילת 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(שמואל)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(מלכים)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אלוהים מצווה על יונה ללכת לנינוה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 בורח באונייה לכיוון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סערה בים ויונה מושלך 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לדילמה של הדמות, לבחירה שלה ולתוצאה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המזכירה חסד, נאמנות ועזרה הדדית עם דוגמה מהעלילה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רות נשארת עם נעמי ועוזרת לה בשדה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מבנה התנ״ך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לקבוצות לפי הספרים ולבקש מכל קבוצה להציג סיפור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תנ״ך -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מבנה התנ״ך ונכיר מקרוב כמה מהסיפורים המרכזיים בו - מבראשית ועד יונה.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כתובים  ·  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שלושת החלקים המרכזיים של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תורה, נביאים,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בראשית, שמות,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שאול, דוד,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ספר מסופר על הבריאה ועל יוסף ואחיו?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יהושע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התורה היא החלק הראשון בתנ״ך וכוללת חמישה ספרים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מגילת רות עוסקת בחסד ובנאמנות בין נעמי לרות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בין הדמות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קין והבל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רות ונעמי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שמואל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שאול ודוד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אליהו הנביא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מגילת 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בתנ״ך יש שלושה חלקים: תורה, נביאים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הסיפור על נעמי ורות מופיע במגילת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סיפור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יונה בורח באונייה לכיוון תרשיש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סערה בים ויונה מושלך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אלוהים מצווה על יונה ללכת לנינוה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דמות אחת מהסיפורים שלמדנו (למשל קין, רות, שאול, אליהו או יונה) וכתבו כיצד היא מתמודדת עם דילמה או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מהי המסר המרכזי של מגילת רות ותנו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חלקי התנ״ך?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ספר מסופר על בריחת יונה?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תנ״ך - מסע בין סיפורים ופסוקים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